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מאפייני חודש כסליו ואת תוכני לוח הקיר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לחנוכה – מנהגים, ערכים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מגוון מנהגי חנוכה בעדות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על החודש והחג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פה היה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צפון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יוצאי תימן ועוד קהילות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יורה הם הגשמים הראשונים של העונה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עוסקת במספר ערכים כמו אור, תקווה, נס, אומץ וערבות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לכל שכבת גיל יש חידות ברמה מתאימה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בתוכן הפינה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חג הבנות מצוין בראש חודש טבת, בתוך ימי החנוכה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חנך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ערך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(ניצחון על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(אמונה שהמצב עתיד להשתפר)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(אירוע יוצא דופן שלא כדרך הטבע)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(התגברות על פחד למען מטרה חשובה)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(דאגה ואחריות של אנשים זה לזה)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שלושה חלקים: משאלה, מילה טובה, מעשה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ומדויק של מנהג כגון חג הבנות, נר נוסף או מאכל מסורתי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ערך כמו אור/תקווה/נס/אומץ/ערבות הדדית עם הסבר קצר ונכון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מנהג מדויק כמו חג הבנות, נר נוסף או לביבות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את פינות הלוח תוך כדי פתרון הדף כדי לחבר בין התוכן לתצוגה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זמן אישי לכתיבה לפני שיתוף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לקושי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בלוח הקיר לחודש כסליו יש פינות על החודש עצמו, על חג החנוכה, על ערכים, על מילים ועל מנהגים מרחבי העולם. בדף הזה נתרגל את התכנים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 על החודש והחג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המזל של חודש כסליו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חוגגים את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האות פ על הסביבון בארץ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פה היה 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פדיון הבן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פורים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 הדר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חג הבנות נחוג בעיקר אצל יהודי: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צפון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אשכנז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מנהג להוסיף נר חנוכה נוסף מיוחד לעדות: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יוצאי תימן ועוד קהילות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פולין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גרמניה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הקהילות באותה צורה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מאכל מסורתי של חנוכה המוכר בעדות רבות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קניידלך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עוגיות דבש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כסליו הוא חודש חורף שבו מתחילה עונת הגשם המכונה יורה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הערכים בלוח עוסקת בערך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החידות ליסודי זהה לגמרי לפינת החידות לחט"ב ותיכון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מן המקורות מביאה משפטים על אור וחושך מהתנ"ך, המשנה והתפילה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 חל במהלך חג החנוכה, בראש חודש טבת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המזל של חודש כסליו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הגשמים הראשונים של העונה נקראים __________, והאחרונים נקראים מלקוש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בחנוכייה המתפתחת בלוח מוסיפים __________ נוספת בכל יום מימי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פינת "__________ שלי" מזמינה לכתוב משאלה, מילה טובה ומעשה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אחת ממשפחות המילים של החודש היא השורש __________, שממנו נגזרת גם המילה 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ערך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התגברות על פחד למען מטרה חשובה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ניצחון על החושך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דאגה ואחריות של אנשים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אמונה שהמצב עתיד להשתפר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אירוע יוצא דופן שלא כדרך הטבע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משאלה אחת לחודש הקרוב, מילה טובה למישהו בכיתה, ומעשה טוב שתוכלו לעשות – כמו בפינת "האור שלי"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מנהג חנוכה של עדה שאינה שלכם ותארו אותו בשתי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המזל של חודש כסליו?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ערך אחד שמופיע בפינת הערכים והסבירו אותו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מנהג חנוכה ייחודי לעדה כלשהי?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